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3B6A8" w14:textId="77777777" w:rsidR="00C2567F" w:rsidRPr="00AE66C7" w:rsidRDefault="00D30E97" w:rsidP="00AE66C7">
      <w:pPr>
        <w:pStyle w:val="Titre1"/>
      </w:pPr>
      <w:r w:rsidRPr="00AE66C7">
        <w:t>Liste des capacités préalables requises de l’ensemble des UE de premier niveau dans l’organigramme</w:t>
      </w:r>
    </w:p>
    <w:p w14:paraId="197DAF74" w14:textId="77D6B692" w:rsidR="005E493A" w:rsidRDefault="00301104" w:rsidP="000B5FAE">
      <w:pPr>
        <w:pStyle w:val="Titre1"/>
      </w:pPr>
      <w:r w:rsidRPr="000B5FAE">
        <w:t>En français</w:t>
      </w:r>
    </w:p>
    <w:p w14:paraId="7DA9A20B" w14:textId="64221452" w:rsidR="00287A56" w:rsidRDefault="00287A56" w:rsidP="00287A56">
      <w:pPr>
        <w:pStyle w:val="Titre2"/>
      </w:pPr>
      <w:r>
        <w:t>Compréhension de l’écrit</w:t>
      </w:r>
      <w:bookmarkStart w:id="0" w:name="_GoBack"/>
      <w:bookmarkEnd w:id="0"/>
    </w:p>
    <w:p w14:paraId="6FBA6F0A" w14:textId="77777777" w:rsidR="00287A56" w:rsidRDefault="00287A56" w:rsidP="00287A56">
      <w:pPr>
        <w:pStyle w:val="Titre3"/>
      </w:pPr>
      <w:r>
        <w:t>Lire et comprendre un message simple lié à la vie quotidienne.</w:t>
      </w:r>
    </w:p>
    <w:p w14:paraId="5E42B3F7" w14:textId="77777777" w:rsidR="00287A56" w:rsidRDefault="00287A56" w:rsidP="00287A56">
      <w:pPr>
        <w:pStyle w:val="Titre3"/>
      </w:pPr>
      <w:r>
        <w:t>Lire couramment en respectant la prononciation et la ponctuation.</w:t>
      </w:r>
    </w:p>
    <w:p w14:paraId="3FFEE2C6" w14:textId="77777777" w:rsidR="00287A56" w:rsidRDefault="00287A56" w:rsidP="00287A56">
      <w:pPr>
        <w:pStyle w:val="Titre3"/>
      </w:pPr>
      <w:r>
        <w:t>Répondre à des questions permettant de retrouver des informations explicites.</w:t>
      </w:r>
    </w:p>
    <w:p w14:paraId="304E89D1" w14:textId="77777777" w:rsidR="00287A56" w:rsidRDefault="00287A56" w:rsidP="00287A56">
      <w:pPr>
        <w:pStyle w:val="Titre3"/>
      </w:pPr>
      <w:r>
        <w:t>Consulter des ouvrages de référence (dictionnaires, tables des matières, etc.).</w:t>
      </w:r>
    </w:p>
    <w:p w14:paraId="5009E021" w14:textId="77777777" w:rsidR="00287A56" w:rsidRDefault="00287A56" w:rsidP="00287A56">
      <w:pPr>
        <w:pStyle w:val="Titre2"/>
      </w:pPr>
      <w:r>
        <w:t>Expression orale et écrite</w:t>
      </w:r>
    </w:p>
    <w:p w14:paraId="25E83D96" w14:textId="77777777" w:rsidR="00287A56" w:rsidRDefault="00287A56" w:rsidP="00287A56">
      <w:pPr>
        <w:pStyle w:val="Titre3"/>
      </w:pPr>
      <w:r>
        <w:t>Produire des énoncés variés (informatifs, narratifs, injonctifs ou expressifs) de manière claire et simple.</w:t>
      </w:r>
    </w:p>
    <w:p w14:paraId="598F7709" w14:textId="77777777" w:rsidR="00287A56" w:rsidRDefault="00287A56" w:rsidP="00287A56">
      <w:pPr>
        <w:pStyle w:val="Titre3"/>
      </w:pPr>
      <w:r>
        <w:t>S’exprimer oralement pour se présenter, donner ses coordonnées et expliquer sa motivation pour une formation.</w:t>
      </w:r>
    </w:p>
    <w:p w14:paraId="6FD68269" w14:textId="77777777" w:rsidR="00287A56" w:rsidRDefault="00287A56" w:rsidP="00287A56">
      <w:pPr>
        <w:pStyle w:val="Titre2"/>
      </w:pPr>
      <w:r>
        <w:t>Compréhension de consignes</w:t>
      </w:r>
    </w:p>
    <w:p w14:paraId="28020E10" w14:textId="157FA5A6" w:rsidR="008361B1" w:rsidRPr="00287A56" w:rsidRDefault="00287A56" w:rsidP="00287A56">
      <w:pPr>
        <w:pStyle w:val="Titre3"/>
        <w:rPr>
          <w:lang w:val="fr-BE" w:eastAsia="fr-BE"/>
        </w:rPr>
      </w:pPr>
      <w:r>
        <w:t>Lire et comprendre des consignes de sécurité simples de la vie quotidienne.</w:t>
      </w:r>
    </w:p>
    <w:p w14:paraId="3F26366E" w14:textId="77777777" w:rsidR="005E493A" w:rsidRPr="000B5FAE" w:rsidRDefault="005E493A" w:rsidP="000B5FAE">
      <w:pPr>
        <w:pStyle w:val="Titre1"/>
        <w:rPr>
          <w:rStyle w:val="lev"/>
          <w:b/>
          <w:bCs/>
        </w:rPr>
      </w:pPr>
      <w:r w:rsidRPr="000B5FAE">
        <w:rPr>
          <w:rStyle w:val="lev"/>
          <w:b/>
          <w:bCs/>
        </w:rPr>
        <w:t>En mathématiques</w:t>
      </w:r>
    </w:p>
    <w:p w14:paraId="1BAA3353" w14:textId="64AE773A" w:rsidR="00287A56" w:rsidRDefault="00287A56" w:rsidP="00287A56">
      <w:pPr>
        <w:pStyle w:val="Titre2"/>
      </w:pPr>
      <w:r>
        <w:t>Calcul et numération</w:t>
      </w:r>
    </w:p>
    <w:p w14:paraId="6B7FC5AD" w14:textId="77777777" w:rsidR="00287A56" w:rsidRPr="00287A56" w:rsidRDefault="00287A56" w:rsidP="00287A56">
      <w:pPr>
        <w:pStyle w:val="Titre3"/>
      </w:pPr>
      <w:r w:rsidRPr="00287A56">
        <w:t>Maîtriser la numération en base 10.</w:t>
      </w:r>
    </w:p>
    <w:p w14:paraId="1FCF7C7B" w14:textId="77777777" w:rsidR="00287A56" w:rsidRPr="00287A56" w:rsidRDefault="00287A56" w:rsidP="00287A56">
      <w:pPr>
        <w:pStyle w:val="Titre3"/>
      </w:pPr>
      <w:r w:rsidRPr="00287A56">
        <w:t>Effectuer les quatre opérations de base sur les nombres naturels et décimaux.</w:t>
      </w:r>
    </w:p>
    <w:p w14:paraId="75E72D42" w14:textId="77777777" w:rsidR="00287A56" w:rsidRPr="00287A56" w:rsidRDefault="00287A56" w:rsidP="00287A56">
      <w:pPr>
        <w:pStyle w:val="Titre3"/>
      </w:pPr>
      <w:r w:rsidRPr="00287A56">
        <w:t>Connaître les tables de multiplication jusqu’à 10.</w:t>
      </w:r>
    </w:p>
    <w:p w14:paraId="40C02E1E" w14:textId="77777777" w:rsidR="00287A56" w:rsidRPr="00287A56" w:rsidRDefault="00287A56" w:rsidP="00287A56">
      <w:pPr>
        <w:pStyle w:val="Titre3"/>
      </w:pPr>
      <w:r w:rsidRPr="00287A56">
        <w:t>Calculer une fraction d’un nombre.</w:t>
      </w:r>
    </w:p>
    <w:p w14:paraId="27B61987" w14:textId="77777777" w:rsidR="00287A56" w:rsidRPr="00287A56" w:rsidRDefault="00287A56" w:rsidP="00287A56">
      <w:pPr>
        <w:pStyle w:val="Titre3"/>
      </w:pPr>
      <w:r w:rsidRPr="00287A56">
        <w:t>Calculer un pourcentage d’un nombre.</w:t>
      </w:r>
    </w:p>
    <w:p w14:paraId="0FFE27B6" w14:textId="77777777" w:rsidR="00287A56" w:rsidRDefault="00287A56" w:rsidP="00287A56">
      <w:pPr>
        <w:pStyle w:val="Titre2"/>
      </w:pPr>
      <w:r>
        <w:t>Géométrie et espace</w:t>
      </w:r>
    </w:p>
    <w:p w14:paraId="24463887" w14:textId="77777777" w:rsidR="00287A56" w:rsidRPr="00287A56" w:rsidRDefault="00287A56" w:rsidP="00287A56">
      <w:pPr>
        <w:pStyle w:val="Titre3"/>
      </w:pPr>
      <w:r w:rsidRPr="00287A56">
        <w:t>Reconnaître les solides et les figures planes.</w:t>
      </w:r>
    </w:p>
    <w:p w14:paraId="34F34A7E" w14:textId="77777777" w:rsidR="00287A56" w:rsidRPr="00287A56" w:rsidRDefault="00287A56" w:rsidP="00287A56">
      <w:pPr>
        <w:pStyle w:val="Titre3"/>
      </w:pPr>
      <w:r w:rsidRPr="00287A56">
        <w:t>Calculer leurs périmètres, aires et volumes.</w:t>
      </w:r>
    </w:p>
    <w:p w14:paraId="747D8722" w14:textId="77777777" w:rsidR="00287A56" w:rsidRPr="00287A56" w:rsidRDefault="00287A56" w:rsidP="00287A56">
      <w:pPr>
        <w:pStyle w:val="Titre3"/>
      </w:pPr>
      <w:r w:rsidRPr="00287A56">
        <w:t>Construire des droites parallèles ou perpendiculaires.</w:t>
      </w:r>
    </w:p>
    <w:p w14:paraId="0EB60882" w14:textId="77777777" w:rsidR="00287A56" w:rsidRDefault="00287A56" w:rsidP="00287A56">
      <w:pPr>
        <w:pStyle w:val="Titre2"/>
      </w:pPr>
      <w:r>
        <w:t>Mesures et conversions</w:t>
      </w:r>
    </w:p>
    <w:p w14:paraId="78711F17" w14:textId="77777777" w:rsidR="00287A56" w:rsidRPr="00287A56" w:rsidRDefault="00287A56" w:rsidP="00287A56">
      <w:pPr>
        <w:pStyle w:val="Titre3"/>
      </w:pPr>
      <w:r w:rsidRPr="00287A56">
        <w:t>Effectuer des conversions usuelles : longueur, aire, volume, capacité, masse, durée, monnaie et angles (cas simples).</w:t>
      </w:r>
    </w:p>
    <w:p w14:paraId="2582E965" w14:textId="0F70022A" w:rsidR="00782BA0" w:rsidRPr="00AE66C7" w:rsidRDefault="00782BA0" w:rsidP="00AE66C7">
      <w:pPr>
        <w:pStyle w:val="AApuces"/>
        <w:numPr>
          <w:ilvl w:val="0"/>
          <w:numId w:val="0"/>
        </w:numPr>
        <w:rPr>
          <w:lang w:val="fr-FR"/>
        </w:rPr>
      </w:pPr>
    </w:p>
    <w:sectPr w:rsidR="00782BA0" w:rsidRPr="00AE66C7" w:rsidSect="00C2567F">
      <w:headerReference w:type="default" r:id="rId11"/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35508" w14:textId="77777777" w:rsidR="00897842" w:rsidRDefault="00897842" w:rsidP="00897842">
      <w:pPr>
        <w:spacing w:after="0" w:line="240" w:lineRule="auto"/>
      </w:pPr>
      <w:r>
        <w:separator/>
      </w:r>
    </w:p>
  </w:endnote>
  <w:endnote w:type="continuationSeparator" w:id="0">
    <w:p w14:paraId="39102388" w14:textId="77777777" w:rsidR="00897842" w:rsidRDefault="00897842" w:rsidP="00897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ogle San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459B0" w14:textId="2AEAA928" w:rsidR="00897842" w:rsidRDefault="00897842" w:rsidP="00897842">
    <w:pPr>
      <w:pStyle w:val="Pieddepage"/>
      <w:tabs>
        <w:tab w:val="clear" w:pos="4680"/>
      </w:tabs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D242D0">
      <w:rPr>
        <w:noProof/>
      </w:rPr>
      <w:t>1</w:t>
    </w:r>
    <w:r>
      <w:fldChar w:fldCharType="end"/>
    </w:r>
    <w:r>
      <w:t>/</w:t>
    </w:r>
    <w:fldSimple w:instr=" NUMPAGES   \* MERGEFORMAT ">
      <w:r w:rsidR="00D242D0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870F0" w14:textId="77777777" w:rsidR="00897842" w:rsidRDefault="00897842" w:rsidP="00897842">
      <w:pPr>
        <w:spacing w:after="0" w:line="240" w:lineRule="auto"/>
      </w:pPr>
      <w:r>
        <w:separator/>
      </w:r>
    </w:p>
  </w:footnote>
  <w:footnote w:type="continuationSeparator" w:id="0">
    <w:p w14:paraId="00D2BC32" w14:textId="77777777" w:rsidR="00897842" w:rsidRDefault="00897842" w:rsidP="00897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8F8A9" w14:textId="497A76C7" w:rsidR="003864C0" w:rsidRDefault="00D242D0" w:rsidP="003864C0">
    <w:pPr>
      <w:pStyle w:val="AAentte"/>
    </w:pPr>
    <w:r>
      <w:fldChar w:fldCharType="begin"/>
    </w:r>
    <w:r>
      <w:instrText xml:space="preserve"> FILENAME   \* MERGEFORMAT </w:instrText>
    </w:r>
    <w:r>
      <w:fldChar w:fldCharType="separate"/>
    </w:r>
    <w:r>
      <w:rPr>
        <w:noProof/>
      </w:rPr>
      <w:t>Liste prérequis maçon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6580C39"/>
    <w:multiLevelType w:val="multilevel"/>
    <w:tmpl w:val="0B94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EB4B1F"/>
    <w:multiLevelType w:val="multilevel"/>
    <w:tmpl w:val="62C22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12055A"/>
    <w:multiLevelType w:val="multilevel"/>
    <w:tmpl w:val="0D16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2553DD"/>
    <w:multiLevelType w:val="multilevel"/>
    <w:tmpl w:val="145A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644C5B"/>
    <w:multiLevelType w:val="multilevel"/>
    <w:tmpl w:val="161E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0806C2"/>
    <w:multiLevelType w:val="multilevel"/>
    <w:tmpl w:val="EDB62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3215E1"/>
    <w:multiLevelType w:val="multilevel"/>
    <w:tmpl w:val="26B8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193E00"/>
    <w:multiLevelType w:val="hybridMultilevel"/>
    <w:tmpl w:val="AA389C9E"/>
    <w:lvl w:ilvl="0" w:tplc="D97E695E">
      <w:start w:val="1"/>
      <w:numFmt w:val="bullet"/>
      <w:pStyle w:val="Titre4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294157"/>
    <w:multiLevelType w:val="multilevel"/>
    <w:tmpl w:val="BD7C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982464"/>
    <w:multiLevelType w:val="multilevel"/>
    <w:tmpl w:val="A8EE4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B657FE"/>
    <w:multiLevelType w:val="hybridMultilevel"/>
    <w:tmpl w:val="8A76681E"/>
    <w:lvl w:ilvl="0" w:tplc="CCAC9A86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281CA0"/>
    <w:multiLevelType w:val="multilevel"/>
    <w:tmpl w:val="D7EA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CF6547"/>
    <w:multiLevelType w:val="multilevel"/>
    <w:tmpl w:val="452C1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E878BE"/>
    <w:multiLevelType w:val="multilevel"/>
    <w:tmpl w:val="CC2AD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EA0C62"/>
    <w:multiLevelType w:val="multilevel"/>
    <w:tmpl w:val="76C6E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5271B9"/>
    <w:multiLevelType w:val="multilevel"/>
    <w:tmpl w:val="D73A7B64"/>
    <w:lvl w:ilvl="0">
      <w:start w:val="1"/>
      <w:numFmt w:val="bullet"/>
      <w:pStyle w:val="AApuce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E6341E"/>
    <w:multiLevelType w:val="multilevel"/>
    <w:tmpl w:val="3510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67068C"/>
    <w:multiLevelType w:val="multilevel"/>
    <w:tmpl w:val="8F0A0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603DA7"/>
    <w:multiLevelType w:val="multilevel"/>
    <w:tmpl w:val="EDAE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5565AD"/>
    <w:multiLevelType w:val="multilevel"/>
    <w:tmpl w:val="BE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EC67D8"/>
    <w:multiLevelType w:val="multilevel"/>
    <w:tmpl w:val="32E27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1E3E0B"/>
    <w:multiLevelType w:val="multilevel"/>
    <w:tmpl w:val="E94E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756063"/>
    <w:multiLevelType w:val="multilevel"/>
    <w:tmpl w:val="185C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84435C"/>
    <w:multiLevelType w:val="multilevel"/>
    <w:tmpl w:val="BA8C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D21940"/>
    <w:multiLevelType w:val="multilevel"/>
    <w:tmpl w:val="E662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904924"/>
    <w:multiLevelType w:val="hybridMultilevel"/>
    <w:tmpl w:val="CA5E0A00"/>
    <w:lvl w:ilvl="0" w:tplc="04407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420F9"/>
    <w:multiLevelType w:val="multilevel"/>
    <w:tmpl w:val="8F4A8116"/>
    <w:lvl w:ilvl="0">
      <w:start w:val="1"/>
      <w:numFmt w:val="bullet"/>
      <w:pStyle w:val="Titre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16"/>
  </w:num>
  <w:num w:numId="8">
    <w:abstractNumId w:val="13"/>
  </w:num>
  <w:num w:numId="9">
    <w:abstractNumId w:val="21"/>
  </w:num>
  <w:num w:numId="10">
    <w:abstractNumId w:val="31"/>
  </w:num>
  <w:num w:numId="11">
    <w:abstractNumId w:val="17"/>
  </w:num>
  <w:num w:numId="12">
    <w:abstractNumId w:val="10"/>
  </w:num>
  <w:num w:numId="13">
    <w:abstractNumId w:val="23"/>
  </w:num>
  <w:num w:numId="14">
    <w:abstractNumId w:val="24"/>
  </w:num>
  <w:num w:numId="15">
    <w:abstractNumId w:val="25"/>
  </w:num>
  <w:num w:numId="16">
    <w:abstractNumId w:val="18"/>
  </w:num>
  <w:num w:numId="17">
    <w:abstractNumId w:val="19"/>
  </w:num>
  <w:num w:numId="18">
    <w:abstractNumId w:val="27"/>
  </w:num>
  <w:num w:numId="19">
    <w:abstractNumId w:val="29"/>
  </w:num>
  <w:num w:numId="20">
    <w:abstractNumId w:val="26"/>
  </w:num>
  <w:num w:numId="21">
    <w:abstractNumId w:val="32"/>
  </w:num>
  <w:num w:numId="22">
    <w:abstractNumId w:val="6"/>
  </w:num>
  <w:num w:numId="23">
    <w:abstractNumId w:val="12"/>
  </w:num>
  <w:num w:numId="24">
    <w:abstractNumId w:val="11"/>
  </w:num>
  <w:num w:numId="25">
    <w:abstractNumId w:val="7"/>
  </w:num>
  <w:num w:numId="26">
    <w:abstractNumId w:val="30"/>
  </w:num>
  <w:num w:numId="27">
    <w:abstractNumId w:val="22"/>
  </w:num>
  <w:num w:numId="28">
    <w:abstractNumId w:val="14"/>
  </w:num>
  <w:num w:numId="29">
    <w:abstractNumId w:val="20"/>
  </w:num>
  <w:num w:numId="30">
    <w:abstractNumId w:val="8"/>
  </w:num>
  <w:num w:numId="31">
    <w:abstractNumId w:val="15"/>
  </w:num>
  <w:num w:numId="32">
    <w:abstractNumId w:val="9"/>
  </w:num>
  <w:num w:numId="33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5FAE"/>
    <w:rsid w:val="000F16A8"/>
    <w:rsid w:val="00117338"/>
    <w:rsid w:val="001327D2"/>
    <w:rsid w:val="0015074B"/>
    <w:rsid w:val="0018339C"/>
    <w:rsid w:val="001B7107"/>
    <w:rsid w:val="001E5FFC"/>
    <w:rsid w:val="001F586E"/>
    <w:rsid w:val="002868AB"/>
    <w:rsid w:val="00287A56"/>
    <w:rsid w:val="0029639D"/>
    <w:rsid w:val="002D37FD"/>
    <w:rsid w:val="00301104"/>
    <w:rsid w:val="00311D51"/>
    <w:rsid w:val="00326F90"/>
    <w:rsid w:val="00356A05"/>
    <w:rsid w:val="003864C0"/>
    <w:rsid w:val="0039494A"/>
    <w:rsid w:val="003D6AA9"/>
    <w:rsid w:val="004110D9"/>
    <w:rsid w:val="004173EA"/>
    <w:rsid w:val="004E2ABE"/>
    <w:rsid w:val="005B1BA3"/>
    <w:rsid w:val="005E493A"/>
    <w:rsid w:val="006C7CC9"/>
    <w:rsid w:val="00751B0A"/>
    <w:rsid w:val="00774394"/>
    <w:rsid w:val="00782BA0"/>
    <w:rsid w:val="007A4B03"/>
    <w:rsid w:val="007A6BF0"/>
    <w:rsid w:val="00802810"/>
    <w:rsid w:val="00830DB3"/>
    <w:rsid w:val="008361B1"/>
    <w:rsid w:val="00867219"/>
    <w:rsid w:val="00897842"/>
    <w:rsid w:val="008B324D"/>
    <w:rsid w:val="008E6F8D"/>
    <w:rsid w:val="009C3FB1"/>
    <w:rsid w:val="009C521A"/>
    <w:rsid w:val="00A0249C"/>
    <w:rsid w:val="00A84503"/>
    <w:rsid w:val="00AA1D8D"/>
    <w:rsid w:val="00AE66C7"/>
    <w:rsid w:val="00AF1109"/>
    <w:rsid w:val="00B47730"/>
    <w:rsid w:val="00B6174C"/>
    <w:rsid w:val="00BA3CFD"/>
    <w:rsid w:val="00BC4C65"/>
    <w:rsid w:val="00BE4D90"/>
    <w:rsid w:val="00BF2E80"/>
    <w:rsid w:val="00C2567F"/>
    <w:rsid w:val="00C42EA3"/>
    <w:rsid w:val="00C56AA2"/>
    <w:rsid w:val="00CB0664"/>
    <w:rsid w:val="00CC3302"/>
    <w:rsid w:val="00D206E0"/>
    <w:rsid w:val="00D242D0"/>
    <w:rsid w:val="00D30E97"/>
    <w:rsid w:val="00E02D7C"/>
    <w:rsid w:val="00E41336"/>
    <w:rsid w:val="00E91131"/>
    <w:rsid w:val="00E9520C"/>
    <w:rsid w:val="00EE5BBB"/>
    <w:rsid w:val="00EF1122"/>
    <w:rsid w:val="00F44573"/>
    <w:rsid w:val="00F66D1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F26CC"/>
  <w14:defaultImageDpi w14:val="300"/>
  <w15:docId w15:val="{3FC0261F-B82B-48AA-923F-2EB41D6E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AE66C7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fr-FR" w:eastAsia="fr-BE"/>
    </w:rPr>
  </w:style>
  <w:style w:type="paragraph" w:styleId="Titre2">
    <w:name w:val="heading 2"/>
    <w:basedOn w:val="Titre4"/>
    <w:next w:val="Normal"/>
    <w:link w:val="Titre2Car"/>
    <w:uiPriority w:val="9"/>
    <w:unhideWhenUsed/>
    <w:qFormat/>
    <w:rsid w:val="00AE66C7"/>
    <w:pPr>
      <w:spacing w:before="120" w:after="120"/>
      <w:outlineLvl w:val="1"/>
    </w:pPr>
    <w:rPr>
      <w:lang w:val="fr-FR"/>
    </w:rPr>
  </w:style>
  <w:style w:type="paragraph" w:styleId="Titre3">
    <w:name w:val="heading 3"/>
    <w:basedOn w:val="Paragraphedeliste"/>
    <w:next w:val="Normal"/>
    <w:link w:val="Titre3Car"/>
    <w:uiPriority w:val="9"/>
    <w:unhideWhenUsed/>
    <w:qFormat/>
    <w:rsid w:val="00AF1109"/>
    <w:pPr>
      <w:numPr>
        <w:numId w:val="21"/>
      </w:numPr>
      <w:tabs>
        <w:tab w:val="clear" w:pos="720"/>
      </w:tabs>
      <w:spacing w:after="0" w:line="240" w:lineRule="auto"/>
      <w:ind w:left="993" w:hanging="357"/>
      <w:outlineLvl w:val="2"/>
    </w:pPr>
    <w:rPr>
      <w:lang w:val="fr-FR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D30E97"/>
    <w:pPr>
      <w:keepNext/>
      <w:keepLines/>
      <w:numPr>
        <w:numId w:val="8"/>
      </w:numPr>
      <w:spacing w:after="0" w:line="240" w:lineRule="auto"/>
      <w:ind w:left="714" w:hanging="357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AE66C7"/>
    <w:rPr>
      <w:rFonts w:ascii="Times New Roman" w:eastAsia="Times New Roman" w:hAnsi="Times New Roman" w:cs="Times New Roman"/>
      <w:b/>
      <w:bCs/>
      <w:sz w:val="24"/>
      <w:szCs w:val="24"/>
      <w:lang w:val="fr-FR" w:eastAsia="fr-BE"/>
    </w:rPr>
  </w:style>
  <w:style w:type="character" w:customStyle="1" w:styleId="Titre2Car">
    <w:name w:val="Titre 2 Car"/>
    <w:basedOn w:val="Policepardfaut"/>
    <w:link w:val="Titre2"/>
    <w:uiPriority w:val="9"/>
    <w:rsid w:val="00AE66C7"/>
    <w:rPr>
      <w:rFonts w:asciiTheme="majorHAnsi" w:eastAsiaTheme="majorEastAsia" w:hAnsiTheme="majorHAnsi" w:cstheme="majorBidi"/>
      <w:b/>
      <w:bCs/>
      <w:i/>
      <w:iCs/>
      <w:color w:val="4F81BD" w:themeColor="accent1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AF1109"/>
    <w:rPr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rsid w:val="00D30E97"/>
    <w:rPr>
      <w:rFonts w:asciiTheme="majorHAnsi" w:eastAsiaTheme="majorEastAsia" w:hAnsiTheme="majorHAnsi" w:cstheme="majorBidi"/>
      <w:b/>
      <w:bCs/>
      <w:i/>
      <w:iCs/>
      <w:color w:val="4F81BD" w:themeColor="accent1"/>
      <w:lang w:val="fr-BE"/>
    </w:rPr>
  </w:style>
  <w:style w:type="character" w:customStyle="1" w:styleId="Titre5Car">
    <w:name w:val="Titre 5 Car"/>
    <w:basedOn w:val="Policepardfaut"/>
    <w:link w:val="Titre5"/>
    <w:uiPriority w:val="9"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A8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character" w:customStyle="1" w:styleId="citation-66">
    <w:name w:val="citation-66"/>
    <w:basedOn w:val="Policepardfaut"/>
    <w:rsid w:val="00A84503"/>
  </w:style>
  <w:style w:type="character" w:customStyle="1" w:styleId="citation-65">
    <w:name w:val="citation-65"/>
    <w:basedOn w:val="Policepardfaut"/>
    <w:rsid w:val="00A84503"/>
  </w:style>
  <w:style w:type="character" w:customStyle="1" w:styleId="citation-64">
    <w:name w:val="citation-64"/>
    <w:basedOn w:val="Policepardfaut"/>
    <w:rsid w:val="00A84503"/>
  </w:style>
  <w:style w:type="character" w:customStyle="1" w:styleId="citation-63">
    <w:name w:val="citation-63"/>
    <w:basedOn w:val="Policepardfaut"/>
    <w:rsid w:val="00A84503"/>
  </w:style>
  <w:style w:type="character" w:customStyle="1" w:styleId="citation-62">
    <w:name w:val="citation-62"/>
    <w:basedOn w:val="Policepardfaut"/>
    <w:rsid w:val="00A84503"/>
  </w:style>
  <w:style w:type="character" w:customStyle="1" w:styleId="citation-61">
    <w:name w:val="citation-61"/>
    <w:basedOn w:val="Policepardfaut"/>
    <w:rsid w:val="00A84503"/>
  </w:style>
  <w:style w:type="character" w:customStyle="1" w:styleId="citation-60">
    <w:name w:val="citation-60"/>
    <w:basedOn w:val="Policepardfaut"/>
    <w:rsid w:val="00A84503"/>
  </w:style>
  <w:style w:type="character" w:customStyle="1" w:styleId="citation-59">
    <w:name w:val="citation-59"/>
    <w:basedOn w:val="Policepardfaut"/>
    <w:rsid w:val="00A84503"/>
  </w:style>
  <w:style w:type="character" w:customStyle="1" w:styleId="citation-58">
    <w:name w:val="citation-58"/>
    <w:basedOn w:val="Policepardfaut"/>
    <w:rsid w:val="00A84503"/>
  </w:style>
  <w:style w:type="character" w:customStyle="1" w:styleId="citation-57">
    <w:name w:val="citation-57"/>
    <w:basedOn w:val="Policepardfaut"/>
    <w:rsid w:val="00A84503"/>
  </w:style>
  <w:style w:type="character" w:customStyle="1" w:styleId="citation-56">
    <w:name w:val="citation-56"/>
    <w:basedOn w:val="Policepardfaut"/>
    <w:rsid w:val="00A84503"/>
  </w:style>
  <w:style w:type="character" w:customStyle="1" w:styleId="citation-55">
    <w:name w:val="citation-55"/>
    <w:basedOn w:val="Policepardfaut"/>
    <w:rsid w:val="00A84503"/>
  </w:style>
  <w:style w:type="character" w:customStyle="1" w:styleId="citation-54">
    <w:name w:val="citation-54"/>
    <w:basedOn w:val="Policepardfaut"/>
    <w:rsid w:val="00A84503"/>
  </w:style>
  <w:style w:type="character" w:customStyle="1" w:styleId="ng-star-inserted">
    <w:name w:val="ng-star-inserted"/>
    <w:basedOn w:val="Policepardfaut"/>
    <w:rsid w:val="00802810"/>
  </w:style>
  <w:style w:type="paragraph" w:styleId="Textedebulles">
    <w:name w:val="Balloon Text"/>
    <w:basedOn w:val="Normal"/>
    <w:link w:val="TextedebullesCar"/>
    <w:uiPriority w:val="99"/>
    <w:semiHidden/>
    <w:unhideWhenUsed/>
    <w:rsid w:val="00774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4394"/>
    <w:rPr>
      <w:rFonts w:ascii="Segoe UI" w:hAnsi="Segoe UI" w:cs="Segoe UI"/>
      <w:sz w:val="18"/>
      <w:szCs w:val="18"/>
    </w:rPr>
  </w:style>
  <w:style w:type="paragraph" w:customStyle="1" w:styleId="AApuces">
    <w:name w:val="AA puces"/>
    <w:basedOn w:val="Normal"/>
    <w:qFormat/>
    <w:rsid w:val="001E5FFC"/>
    <w:pPr>
      <w:numPr>
        <w:numId w:val="9"/>
      </w:numPr>
      <w:shd w:val="clear" w:color="auto" w:fill="FFFFFF"/>
      <w:spacing w:before="100" w:beforeAutospacing="1" w:after="100" w:afterAutospacing="1" w:line="240" w:lineRule="auto"/>
    </w:pPr>
    <w:rPr>
      <w:rFonts w:ascii="Google Sans Text" w:eastAsia="Times New Roman" w:hAnsi="Google Sans Text" w:cs="Times New Roman"/>
      <w:bCs/>
      <w:color w:val="303030"/>
      <w:sz w:val="21"/>
      <w:szCs w:val="21"/>
      <w:lang w:val="fr-BE" w:eastAsia="fr-BE"/>
    </w:rPr>
  </w:style>
  <w:style w:type="paragraph" w:customStyle="1" w:styleId="AAentte">
    <w:name w:val="AA entête"/>
    <w:basedOn w:val="Titre"/>
    <w:qFormat/>
    <w:rsid w:val="003864C0"/>
    <w:rPr>
      <w:sz w:val="36"/>
      <w:szCs w:val="36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f93bcfb4-3898-4e3a-bbc9-2211e9833d2f" xsi:nil="true"/>
    <NotebookType xmlns="f93bcfb4-3898-4e3a-bbc9-2211e9833d2f" xsi:nil="true"/>
    <DefaultSectionNames xmlns="f93bcfb4-3898-4e3a-bbc9-2211e9833d2f" xsi:nil="true"/>
    <Is_Collaboration_Space_Locked xmlns="f93bcfb4-3898-4e3a-bbc9-2211e9833d2f" xsi:nil="true"/>
    <_activity xmlns="f93bcfb4-3898-4e3a-bbc9-2211e9833d2f" xsi:nil="true"/>
    <Owner xmlns="f93bcfb4-3898-4e3a-bbc9-2211e9833d2f">
      <UserInfo>
        <DisplayName/>
        <AccountId xsi:nil="true"/>
        <AccountType/>
      </UserInfo>
    </Owner>
    <Invited_Students xmlns="f93bcfb4-3898-4e3a-bbc9-2211e9833d2f" xsi:nil="true"/>
    <FolderType xmlns="f93bcfb4-3898-4e3a-bbc9-2211e9833d2f" xsi:nil="true"/>
    <CultureName xmlns="f93bcfb4-3898-4e3a-bbc9-2211e9833d2f" xsi:nil="true"/>
    <Teachers xmlns="f93bcfb4-3898-4e3a-bbc9-2211e9833d2f">
      <UserInfo>
        <DisplayName/>
        <AccountId xsi:nil="true"/>
        <AccountType/>
      </UserInfo>
    </Teachers>
    <Students xmlns="f93bcfb4-3898-4e3a-bbc9-2211e9833d2f">
      <UserInfo>
        <DisplayName/>
        <AccountId xsi:nil="true"/>
        <AccountType/>
      </UserInfo>
    </Students>
    <Student_Groups xmlns="f93bcfb4-3898-4e3a-bbc9-2211e9833d2f">
      <UserInfo>
        <DisplayName/>
        <AccountId xsi:nil="true"/>
        <AccountType/>
      </UserInfo>
    </Student_Groups>
    <Invited_Teachers xmlns="f93bcfb4-3898-4e3a-bbc9-2211e9833d2f" xsi:nil="true"/>
    <Templates xmlns="f93bcfb4-3898-4e3a-bbc9-2211e9833d2f" xsi:nil="true"/>
    <Self_Registration_Enabled xmlns="f93bcfb4-3898-4e3a-bbc9-2211e9833d2f" xsi:nil="true"/>
    <Has_Teacher_Only_SectionGroup xmlns="f93bcfb4-3898-4e3a-bbc9-2211e9833d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9D37043377B54D865909ECAEFD6050" ma:contentTypeVersion="33" ma:contentTypeDescription="Crée un document." ma:contentTypeScope="" ma:versionID="dde44ff246a7e7e690ab55249dc50867">
  <xsd:schema xmlns:xsd="http://www.w3.org/2001/XMLSchema" xmlns:xs="http://www.w3.org/2001/XMLSchema" xmlns:p="http://schemas.microsoft.com/office/2006/metadata/properties" xmlns:ns3="f93bcfb4-3898-4e3a-bbc9-2211e9833d2f" xmlns:ns4="683930c9-76d1-4e11-b987-48cf6a82871f" targetNamespace="http://schemas.microsoft.com/office/2006/metadata/properties" ma:root="true" ma:fieldsID="6616afc64ad48832e8459739d3a50d9d" ns3:_="" ns4:_="">
    <xsd:import namespace="f93bcfb4-3898-4e3a-bbc9-2211e9833d2f"/>
    <xsd:import namespace="683930c9-76d1-4e11-b987-48cf6a8287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bcfb4-3898-4e3a-bbc9-2211e9833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chers" ma:index="2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7" nillable="true" ma:displayName="Is Collaboration Space Locked" ma:internalName="Is_Collaboration_Space_Locked">
      <xsd:simpleType>
        <xsd:restriction base="dms:Boolean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  <xsd:element name="MediaServiceLocation" ma:index="36" nillable="true" ma:displayName="Location" ma:internalName="MediaServiceLocation" ma:readOnly="true">
      <xsd:simpleType>
        <xsd:restriction base="dms:Text"/>
      </xsd:simpleType>
    </xsd:element>
    <xsd:element name="_activity" ma:index="37" nillable="true" ma:displayName="_activity" ma:hidden="true" ma:internalName="_activity">
      <xsd:simpleType>
        <xsd:restriction base="dms:Note"/>
      </xsd:simple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930c9-76d1-4e11-b987-48cf6a82871f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E5A5F48-457C-4AAB-A87E-377C4883BC15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683930c9-76d1-4e11-b987-48cf6a82871f"/>
    <ds:schemaRef ds:uri="http://purl.org/dc/elements/1.1/"/>
    <ds:schemaRef ds:uri="http://schemas.openxmlformats.org/package/2006/metadata/core-properties"/>
    <ds:schemaRef ds:uri="http://purl.org/dc/dcmitype/"/>
    <ds:schemaRef ds:uri="f93bcfb4-3898-4e3a-bbc9-2211e9833d2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4801C57-8C7A-4EF0-BB42-8F29BDC5FD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78DB57-BB7F-44C3-8E68-1FC359CA6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bcfb4-3898-4e3a-bbc9-2211e9833d2f"/>
    <ds:schemaRef ds:uri="683930c9-76d1-4e11-b987-48cf6a8287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2445A6-72F0-4A47-8B97-8B27DA91F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Frédéric FATOUX</cp:lastModifiedBy>
  <cp:revision>4</cp:revision>
  <cp:lastPrinted>2026-05-13T08:43:00Z</cp:lastPrinted>
  <dcterms:created xsi:type="dcterms:W3CDTF">2026-05-14T10:17:00Z</dcterms:created>
  <dcterms:modified xsi:type="dcterms:W3CDTF">2026-05-20T12:19:00Z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0x010100A39D37043377B54D865909ECAEFD6050</vt:lpwstr>
  </property>
</Properties>
</file>